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04778" w14:textId="77777777" w:rsidR="00FE567A" w:rsidRDefault="00000000">
      <w:pPr>
        <w:spacing w:after="20"/>
        <w:jc w:val="right"/>
        <w:rPr>
          <w:lang w:eastAsia="ja-JP"/>
        </w:rPr>
      </w:pPr>
      <w:r>
        <w:rPr>
          <w:color w:val="0387C4"/>
          <w:sz w:val="16"/>
          <w:lang w:eastAsia="ja-JP"/>
        </w:rPr>
        <w:t>行政・福祉関係機関からの紹介専用</w:t>
      </w:r>
    </w:p>
    <w:p w14:paraId="5742A2AE" w14:textId="77777777" w:rsidR="00FE567A" w:rsidRDefault="00000000">
      <w:pPr>
        <w:spacing w:after="40"/>
        <w:rPr>
          <w:lang w:eastAsia="ja-JP"/>
        </w:rPr>
      </w:pPr>
      <w:r>
        <w:rPr>
          <w:b/>
          <w:color w:val="094475"/>
          <w:sz w:val="38"/>
          <w:lang w:eastAsia="ja-JP"/>
        </w:rPr>
        <w:t>HELPHONE  レンタル申込書</w:t>
      </w:r>
    </w:p>
    <w:p w14:paraId="3267D01E" w14:textId="77777777" w:rsidR="00FE567A" w:rsidRPr="00581027" w:rsidRDefault="00000000">
      <w:pPr>
        <w:spacing w:after="120"/>
        <w:rPr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>生活困窮者向けレンタルスマホ事業　｜　一般社団法人 日本介護データEDI協会</w:t>
      </w:r>
    </w:p>
    <w:p w14:paraId="53A7DFBF" w14:textId="77777777" w:rsidR="00FE567A" w:rsidRPr="00581027" w:rsidRDefault="00000000">
      <w:pPr>
        <w:jc w:val="right"/>
        <w:rPr>
          <w:sz w:val="21"/>
          <w:szCs w:val="21"/>
        </w:rPr>
      </w:pPr>
      <w:proofErr w:type="spellStart"/>
      <w:r w:rsidRPr="00581027">
        <w:rPr>
          <w:sz w:val="21"/>
          <w:szCs w:val="21"/>
        </w:rPr>
        <w:t>申込日</w:t>
      </w:r>
      <w:proofErr w:type="spellEnd"/>
      <w:r w:rsidRPr="00581027">
        <w:rPr>
          <w:sz w:val="21"/>
          <w:szCs w:val="21"/>
        </w:rPr>
        <w:t>：　西暦　　　　　年　　　　月　　　　日</w:t>
      </w:r>
    </w:p>
    <w:p w14:paraId="6A3F7BD9" w14:textId="798C5959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1　申込者情報（利用希望者が記入）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27"/>
      </w:tblGrid>
      <w:tr w:rsidR="00FE567A" w:rsidRPr="00581027" w14:paraId="0DC867B9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07F2F6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ふりがな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49D6F6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  <w:tr w:rsidR="00FE567A" w:rsidRPr="00581027" w14:paraId="7BAF8922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3FDB3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氏名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C9402C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  <w:tr w:rsidR="00FE567A" w:rsidRPr="00581027" w14:paraId="79964E7D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2CE38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生年月日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2257F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西暦　　　　　年　　　　月　　　　日</w:t>
            </w:r>
          </w:p>
        </w:tc>
      </w:tr>
      <w:tr w:rsidR="00FE567A" w:rsidRPr="00581027" w14:paraId="7CB5F938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4DF97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現住所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868EF6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〒　　　　　　－　　　　　　</w:t>
            </w:r>
            <w:r w:rsidRPr="00581027">
              <w:rPr>
                <w:sz w:val="21"/>
                <w:szCs w:val="21"/>
              </w:rPr>
              <w:br/>
              <w:t xml:space="preserve">　　　　　　　　　　　　　　　　　　　　　　　　　　　　</w:t>
            </w:r>
            <w:r w:rsidRPr="00581027">
              <w:rPr>
                <w:sz w:val="21"/>
                <w:szCs w:val="21"/>
              </w:rPr>
              <w:br/>
              <w:t xml:space="preserve">　　　　　　　　　　　　　　　　　　　　　　　　　　　　</w:t>
            </w:r>
          </w:p>
        </w:tc>
      </w:tr>
      <w:tr w:rsidR="00FE567A" w:rsidRPr="00581027" w14:paraId="244B1ECC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C26C44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連絡可能な電話番号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444656" w14:textId="77777777" w:rsidR="00FE567A" w:rsidRPr="00581027" w:rsidRDefault="00000000">
            <w:pPr>
              <w:spacing w:after="0"/>
              <w:rPr>
                <w:sz w:val="21"/>
                <w:szCs w:val="21"/>
                <w:lang w:eastAsia="ja-JP"/>
              </w:rPr>
            </w:pPr>
            <w:r w:rsidRPr="00581027">
              <w:rPr>
                <w:sz w:val="21"/>
                <w:szCs w:val="21"/>
                <w:lang w:eastAsia="ja-JP"/>
              </w:rPr>
              <w:t xml:space="preserve">　　　　　　　　　　　　　　（□ 本人　□ 行政担当者経由　□ その他）</w:t>
            </w:r>
          </w:p>
        </w:tc>
      </w:tr>
      <w:tr w:rsidR="00FE567A" w:rsidRPr="00581027" w14:paraId="26B919D5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E92B82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その他の連絡方法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370B4B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</w:tbl>
    <w:p w14:paraId="2620D533" w14:textId="0AD1880F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2　ご希望のレンタル内容</w:t>
      </w:r>
    </w:p>
    <w:p w14:paraId="549FD0AE" w14:textId="77777777" w:rsidR="00FE567A" w:rsidRPr="00581027" w:rsidRDefault="00000000">
      <w:pPr>
        <w:spacing w:after="60"/>
        <w:rPr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>いずれか１つに チェック を付けてください。</w:t>
      </w:r>
    </w:p>
    <w:tbl>
      <w:tblPr>
        <w:tblW w:w="9864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4681"/>
        <w:gridCol w:w="2778"/>
      </w:tblGrid>
      <w:tr w:rsidR="00FE567A" w:rsidRPr="00581027" w14:paraId="6153981D" w14:textId="77777777" w:rsidTr="00581027">
        <w:trPr>
          <w:jc w:val="center"/>
        </w:trPr>
        <w:tc>
          <w:tcPr>
            <w:tcW w:w="2405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15842C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選択</w:t>
            </w:r>
            <w:proofErr w:type="spellEnd"/>
          </w:p>
        </w:tc>
        <w:tc>
          <w:tcPr>
            <w:tcW w:w="4681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7C411B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希望プラン</w:t>
            </w:r>
          </w:p>
        </w:tc>
        <w:tc>
          <w:tcPr>
            <w:tcW w:w="277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DAA0B1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月額料金</w:t>
            </w:r>
          </w:p>
        </w:tc>
      </w:tr>
      <w:tr w:rsidR="00FE567A" w:rsidRPr="00581027" w14:paraId="6D9B9E2A" w14:textId="77777777" w:rsidTr="00581027">
        <w:trPr>
          <w:jc w:val="center"/>
        </w:trPr>
        <w:tc>
          <w:tcPr>
            <w:tcW w:w="2405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FF8D5D" w14:textId="6C4C060D" w:rsidR="00FE567A" w:rsidRPr="00581027" w:rsidRDefault="00581027" w:rsidP="00581027">
            <w:pPr>
              <w:spacing w:after="0"/>
              <w:ind w:rightChars="15" w:right="27"/>
              <w:rPr>
                <w:sz w:val="21"/>
                <w:szCs w:val="21"/>
              </w:rPr>
            </w:pP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</w:p>
        </w:tc>
        <w:tc>
          <w:tcPr>
            <w:tcW w:w="4681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DF1A28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SIMのみ／1GB</w:t>
            </w:r>
          </w:p>
        </w:tc>
        <w:tc>
          <w:tcPr>
            <w:tcW w:w="277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B1D30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1,980円</w:t>
            </w:r>
          </w:p>
        </w:tc>
      </w:tr>
      <w:tr w:rsidR="00FE567A" w:rsidRPr="00581027" w14:paraId="50DCCE27" w14:textId="77777777" w:rsidTr="00581027">
        <w:trPr>
          <w:jc w:val="center"/>
        </w:trPr>
        <w:tc>
          <w:tcPr>
            <w:tcW w:w="2405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0FA866" w14:textId="6E3E56AD" w:rsidR="00FE567A" w:rsidRPr="00581027" w:rsidRDefault="00581027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</w:p>
        </w:tc>
        <w:tc>
          <w:tcPr>
            <w:tcW w:w="4681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BBFD57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SIMのみ／5GB</w:t>
            </w:r>
          </w:p>
        </w:tc>
        <w:tc>
          <w:tcPr>
            <w:tcW w:w="277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F2B37E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2,980円</w:t>
            </w:r>
          </w:p>
        </w:tc>
      </w:tr>
      <w:tr w:rsidR="00FE567A" w:rsidRPr="00581027" w14:paraId="4DBDEAB3" w14:textId="77777777" w:rsidTr="00581027">
        <w:trPr>
          <w:jc w:val="center"/>
        </w:trPr>
        <w:tc>
          <w:tcPr>
            <w:tcW w:w="2405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1DD7ECB" w14:textId="68902341" w:rsidR="00FE567A" w:rsidRPr="00581027" w:rsidRDefault="00581027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</w:p>
        </w:tc>
        <w:tc>
          <w:tcPr>
            <w:tcW w:w="4681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955F64E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端末セット／1GB</w:t>
            </w:r>
          </w:p>
        </w:tc>
        <w:tc>
          <w:tcPr>
            <w:tcW w:w="277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D6EFE5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3,980円</w:t>
            </w:r>
          </w:p>
        </w:tc>
      </w:tr>
      <w:tr w:rsidR="00FE567A" w:rsidRPr="00581027" w14:paraId="608CDE07" w14:textId="77777777" w:rsidTr="00581027">
        <w:trPr>
          <w:jc w:val="center"/>
        </w:trPr>
        <w:tc>
          <w:tcPr>
            <w:tcW w:w="2405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E1ABF3" w14:textId="7CA570EA" w:rsidR="00FE567A" w:rsidRPr="00581027" w:rsidRDefault="00581027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</w:p>
        </w:tc>
        <w:tc>
          <w:tcPr>
            <w:tcW w:w="4681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18E315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端末セット／5GB</w:t>
            </w:r>
          </w:p>
        </w:tc>
        <w:tc>
          <w:tcPr>
            <w:tcW w:w="277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089D72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4,980円</w:t>
            </w:r>
          </w:p>
        </w:tc>
      </w:tr>
    </w:tbl>
    <w:p w14:paraId="172E948D" w14:textId="793DA3D3" w:rsidR="00FE567A" w:rsidRPr="00581027" w:rsidRDefault="00000000">
      <w:pPr>
        <w:spacing w:before="60" w:after="40"/>
        <w:rPr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 xml:space="preserve">※ </w:t>
      </w:r>
      <w:r w:rsidR="00004E82" w:rsidRPr="00581027">
        <w:rPr>
          <w:sz w:val="21"/>
          <w:szCs w:val="21"/>
        </w:rPr>
        <w:t>SIM発行手数料：20円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（税込）。端末セットの機種は指定できません。</w:t>
      </w:r>
      <w:r w:rsidRPr="00581027">
        <w:rPr>
          <w:sz w:val="21"/>
          <w:szCs w:val="21"/>
          <w:lang w:eastAsia="ja-JP"/>
        </w:rPr>
        <w:br/>
        <w:t xml:space="preserve">※ 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初回は</w:t>
      </w:r>
      <w:r w:rsidRPr="00581027">
        <w:rPr>
          <w:sz w:val="21"/>
          <w:szCs w:val="21"/>
          <w:lang w:eastAsia="ja-JP"/>
        </w:rPr>
        <w:t>SIM発行手数料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と月額料金を合計した請求となります</w:t>
      </w:r>
      <w:r w:rsidRPr="00581027">
        <w:rPr>
          <w:sz w:val="21"/>
          <w:szCs w:val="21"/>
          <w:lang w:eastAsia="ja-JP"/>
        </w:rPr>
        <w:t>。</w:t>
      </w:r>
    </w:p>
    <w:p w14:paraId="7105AF2D" w14:textId="2BC37BE8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3　行政・福祉関係機関 ご紹介者欄（担当者が記入）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27"/>
      </w:tblGrid>
      <w:tr w:rsidR="00FE567A" w:rsidRPr="00581027" w14:paraId="0791CBAC" w14:textId="77777777" w:rsidTr="00581027">
        <w:trPr>
          <w:trHeight w:val="787"/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1E35E8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機関・部署名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06AFC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  <w:tr w:rsidR="00FE567A" w:rsidRPr="00581027" w14:paraId="42733B4F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3F4B50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担当者氏名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39475B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  <w:tr w:rsidR="00FE567A" w:rsidRPr="00581027" w14:paraId="1316B108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B729F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電話番号／FAX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D150D4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TEL：　　　　　　　　　　　FAX：　　　　　　　　　　　</w:t>
            </w:r>
          </w:p>
        </w:tc>
      </w:tr>
      <w:tr w:rsidR="00FE567A" w:rsidRPr="00581027" w14:paraId="305FD3C2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892357A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証明書の種類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C1A84A7" w14:textId="16C2D943" w:rsidR="00FE567A" w:rsidRPr="00581027" w:rsidRDefault="00581027">
            <w:pPr>
              <w:spacing w:after="0"/>
              <w:rPr>
                <w:sz w:val="21"/>
                <w:szCs w:val="21"/>
                <w:lang w:eastAsia="ja-JP"/>
              </w:rPr>
            </w:pP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  <w:r w:rsidR="00000000" w:rsidRPr="00581027">
              <w:rPr>
                <w:sz w:val="21"/>
                <w:szCs w:val="21"/>
                <w:lang w:eastAsia="ja-JP"/>
              </w:rPr>
              <w:t xml:space="preserve">保護証明等　</w:t>
            </w:r>
            <w:r w:rsidRPr="00581027">
              <w:rPr>
                <w:rFonts w:asciiTheme="minorEastAsia" w:eastAsiaTheme="minorEastAsia" w:hAnsiTheme="minorEastAsia" w:cs="Courier New" w:hint="eastAsia"/>
                <w:b/>
                <w:sz w:val="21"/>
                <w:szCs w:val="21"/>
                <w:lang w:eastAsia="ja-JP"/>
              </w:rPr>
              <w:t>□</w:t>
            </w:r>
            <w:r w:rsidR="00000000" w:rsidRPr="00581027">
              <w:rPr>
                <w:sz w:val="21"/>
                <w:szCs w:val="21"/>
                <w:lang w:eastAsia="ja-JP"/>
              </w:rPr>
              <w:t>その他（　　　　　　　　　　　　　　）</w:t>
            </w:r>
          </w:p>
        </w:tc>
      </w:tr>
      <w:tr w:rsidR="00FE567A" w:rsidRPr="00581027" w14:paraId="443CD01D" w14:textId="77777777" w:rsidTr="00581027">
        <w:trPr>
          <w:trHeight w:val="1112"/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74B9231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備考・連絡事項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343E09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　　　　　　　　　　　</w:t>
            </w:r>
          </w:p>
        </w:tc>
      </w:tr>
    </w:tbl>
    <w:p w14:paraId="6C08B123" w14:textId="77777777" w:rsidR="00FE567A" w:rsidRDefault="00000000">
      <w:pPr>
        <w:spacing w:before="100"/>
        <w:rPr>
          <w:rFonts w:eastAsiaTheme="minorEastAsia"/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>※ 本申込書と必要な証明書等を行政担当者から当協会へFAX送信してください。</w:t>
      </w:r>
    </w:p>
    <w:p w14:paraId="2D8CE62E" w14:textId="4767D779" w:rsidR="00581027" w:rsidRPr="00581027" w:rsidRDefault="00581027">
      <w:pPr>
        <w:spacing w:before="100"/>
        <w:rPr>
          <w:rFonts w:eastAsiaTheme="minorEastAsia" w:hint="eastAsia"/>
          <w:sz w:val="21"/>
          <w:szCs w:val="21"/>
          <w:lang w:eastAsia="ja-JP"/>
        </w:rPr>
      </w:pPr>
      <w:r>
        <w:rPr>
          <w:rFonts w:eastAsiaTheme="minorEastAsia" w:hint="eastAsia"/>
          <w:sz w:val="21"/>
          <w:szCs w:val="21"/>
          <w:lang w:eastAsia="ja-JP"/>
        </w:rPr>
        <w:t>FAX</w:t>
      </w:r>
      <w:r>
        <w:rPr>
          <w:rFonts w:eastAsiaTheme="minorEastAsia" w:hint="eastAsia"/>
          <w:sz w:val="21"/>
          <w:szCs w:val="21"/>
          <w:lang w:eastAsia="ja-JP"/>
        </w:rPr>
        <w:t>：０５９－２７１－９２２２</w:t>
      </w:r>
    </w:p>
    <w:p w14:paraId="7292E765" w14:textId="77777777" w:rsidR="00FE567A" w:rsidRPr="00004E82" w:rsidRDefault="00000000">
      <w:pPr>
        <w:rPr>
          <w:sz w:val="32"/>
          <w:szCs w:val="32"/>
          <w:lang w:eastAsia="ja-JP"/>
        </w:rPr>
      </w:pPr>
      <w:r w:rsidRPr="00004E82">
        <w:rPr>
          <w:b/>
          <w:color w:val="094475"/>
          <w:sz w:val="32"/>
          <w:szCs w:val="32"/>
          <w:lang w:eastAsia="ja-JP"/>
        </w:rPr>
        <w:lastRenderedPageBreak/>
        <w:t>HELPHONE　お申込みに関する確認事項</w:t>
      </w:r>
    </w:p>
    <w:p w14:paraId="08C3F8D8" w14:textId="77777777" w:rsidR="00FE567A" w:rsidRPr="00581027" w:rsidRDefault="00000000">
      <w:pPr>
        <w:spacing w:after="140"/>
        <w:rPr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>契約条件をご確認のうえ、各項目にチェックしてください。</w:t>
      </w:r>
    </w:p>
    <w:p w14:paraId="612E205A" w14:textId="062CC19A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4　お支払いとご利用について</w:t>
      </w:r>
    </w:p>
    <w:p w14:paraId="419C0B24" w14:textId="6F5141DA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初回の前払い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は不要であり、申込手続きと必要な確認の完了後に商品が発送されること</w:t>
      </w:r>
      <w:r w:rsidR="00000000" w:rsidRPr="00581027">
        <w:rPr>
          <w:sz w:val="21"/>
          <w:szCs w:val="21"/>
          <w:lang w:eastAsia="ja-JP"/>
        </w:rPr>
        <w:t>。</w:t>
      </w:r>
    </w:p>
    <w:p w14:paraId="1A6433E1" w14:textId="407D3654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初月分を含む毎月の利用料金は、利用月の翌月26日までに送付される振込票を使いコンビニで支払うこと</w:t>
      </w:r>
      <w:r w:rsidR="00000000" w:rsidRPr="00581027">
        <w:rPr>
          <w:sz w:val="21"/>
          <w:szCs w:val="21"/>
          <w:lang w:eastAsia="ja-JP"/>
        </w:rPr>
        <w:t>。</w:t>
      </w:r>
    </w:p>
    <w:p w14:paraId="11270360" w14:textId="7CDCBB9D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故意・過失のない端末不具合は無償交換とし、過失による故障</w:t>
      </w:r>
      <w:r w:rsidR="00004E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及び紛失</w:t>
      </w:r>
      <w:r w:rsidR="00000000" w:rsidRPr="00581027">
        <w:rPr>
          <w:sz w:val="21"/>
          <w:szCs w:val="21"/>
          <w:lang w:eastAsia="ja-JP"/>
        </w:rPr>
        <w:t>は10,000円（税込）の負担があること。</w:t>
      </w:r>
    </w:p>
    <w:p w14:paraId="20B93C0A" w14:textId="3DD532BD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生活困窮状態を脱した時点でレンタルが終了となること。終了時の返却方法等は別途案内されること。</w:t>
      </w:r>
    </w:p>
    <w:p w14:paraId="7D410E04" w14:textId="472AC9D6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２か月分の料金支払いが滞った場合、利用ができなくなること。</w:t>
      </w:r>
    </w:p>
    <w:p w14:paraId="43C3AD1C" w14:textId="7D66A66B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0570番号・国際電話等の有料ダイヤル利用は別途実費が請求されること。</w:t>
      </w:r>
    </w:p>
    <w:p w14:paraId="44D4D62D" w14:textId="06567AAB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第三者による利用・譲渡が確認された場合、直ちに利用を停止すること。</w:t>
      </w:r>
    </w:p>
    <w:p w14:paraId="34294F5F" w14:textId="70FF4728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申込内容に虚偽等があった場合、契約を断られることがあること。</w:t>
      </w:r>
    </w:p>
    <w:p w14:paraId="2FD6ACE1" w14:textId="3E39EF8F" w:rsidR="00FE567A" w:rsidRPr="00581027" w:rsidRDefault="00BC3F82">
      <w:pPr>
        <w:spacing w:after="120"/>
        <w:ind w:left="17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 端末機種の指定はできず、利用地域の電波状況を理由とするSIM交換は受けられないこと。</w:t>
      </w:r>
    </w:p>
    <w:p w14:paraId="59B30482" w14:textId="3E3643AE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5　申込者・紹介担当者の確認</w:t>
      </w:r>
    </w:p>
    <w:p w14:paraId="43C0E816" w14:textId="047B469E" w:rsidR="00FE567A" w:rsidRPr="00BC3F82" w:rsidRDefault="00000000">
      <w:pPr>
        <w:spacing w:after="140"/>
        <w:rPr>
          <w:rFonts w:eastAsiaTheme="minorEastAsia" w:hint="eastAsia"/>
          <w:sz w:val="21"/>
          <w:szCs w:val="21"/>
          <w:lang w:eastAsia="ja-JP"/>
        </w:rPr>
      </w:pPr>
      <w:r w:rsidRPr="00581027">
        <w:rPr>
          <w:sz w:val="21"/>
          <w:szCs w:val="21"/>
          <w:lang w:eastAsia="ja-JP"/>
        </w:rPr>
        <w:t>私は、本申込書の記入内容に相違がないことを確認し、上記の注意事項を確認したうえで申し込みま</w:t>
      </w:r>
      <w:r w:rsidR="00BC3F82">
        <w:rPr>
          <w:rFonts w:ascii="ＭＳ 明朝" w:eastAsia="ＭＳ 明朝" w:hAnsi="ＭＳ 明朝" w:cs="ＭＳ 明朝" w:hint="eastAsia"/>
          <w:sz w:val="21"/>
          <w:szCs w:val="21"/>
          <w:lang w:eastAsia="ja-JP"/>
        </w:rPr>
        <w:t>す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27"/>
      </w:tblGrid>
      <w:tr w:rsidR="00FE567A" w:rsidRPr="00581027" w14:paraId="207324E1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946D4E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申込者署名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3236F6" w14:textId="11E46F44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</w:t>
            </w:r>
            <w:proofErr w:type="spellStart"/>
            <w:r w:rsidRPr="00581027">
              <w:rPr>
                <w:sz w:val="21"/>
                <w:szCs w:val="21"/>
              </w:rPr>
              <w:t>署名日</w:t>
            </w:r>
            <w:proofErr w:type="spellEnd"/>
            <w:r w:rsidRPr="00581027">
              <w:rPr>
                <w:sz w:val="21"/>
                <w:szCs w:val="21"/>
              </w:rPr>
              <w:t>：　　　　年　　　月　　　日</w:t>
            </w:r>
          </w:p>
        </w:tc>
      </w:tr>
      <w:tr w:rsidR="00FE567A" w:rsidRPr="00581027" w14:paraId="7A683AD9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C5A9756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行政担当者確認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CC903" w14:textId="2491DD41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 xml:space="preserve">　　　　　　　　　　　　　　　　　</w:t>
            </w:r>
            <w:proofErr w:type="spellStart"/>
            <w:r w:rsidRPr="00581027">
              <w:rPr>
                <w:sz w:val="21"/>
                <w:szCs w:val="21"/>
              </w:rPr>
              <w:t>確認日</w:t>
            </w:r>
            <w:proofErr w:type="spellEnd"/>
            <w:r w:rsidRPr="00581027">
              <w:rPr>
                <w:sz w:val="21"/>
                <w:szCs w:val="21"/>
              </w:rPr>
              <w:t>：　　　　年　　　月　　　日</w:t>
            </w:r>
          </w:p>
        </w:tc>
      </w:tr>
    </w:tbl>
    <w:p w14:paraId="0BA690F8" w14:textId="501808B3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6　提出前チェック（行政担当者用）</w:t>
      </w:r>
    </w:p>
    <w:p w14:paraId="10143092" w14:textId="74EFE001" w:rsidR="00FE567A" w:rsidRPr="00581027" w:rsidRDefault="00581027">
      <w:pPr>
        <w:spacing w:after="180"/>
        <w:rPr>
          <w:sz w:val="21"/>
          <w:szCs w:val="21"/>
          <w:lang w:eastAsia="ja-JP"/>
        </w:rPr>
      </w:pP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申込書の必要事項を記入済み　</w:t>
      </w:r>
      <w:r>
        <w:rPr>
          <w:rFonts w:eastAsiaTheme="minorEastAsia" w:hint="eastAsia"/>
          <w:sz w:val="21"/>
          <w:szCs w:val="21"/>
          <w:lang w:eastAsia="ja-JP"/>
        </w:rPr>
        <w:t xml:space="preserve"> </w:t>
      </w:r>
      <w:r w:rsidR="00000000" w:rsidRPr="00581027">
        <w:rPr>
          <w:sz w:val="21"/>
          <w:szCs w:val="21"/>
          <w:lang w:eastAsia="ja-JP"/>
        </w:rPr>
        <w:t xml:space="preserve"> </w:t>
      </w: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申込者署名あり　　</w:t>
      </w: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証明書等を添付済み</w:t>
      </w:r>
      <w:r w:rsidR="00000000" w:rsidRPr="00581027">
        <w:rPr>
          <w:sz w:val="21"/>
          <w:szCs w:val="21"/>
          <w:lang w:eastAsia="ja-JP"/>
        </w:rPr>
        <w:br/>
      </w: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 xml:space="preserve"> 当協会へのFAX送信準備済み　</w:t>
      </w:r>
      <w:r w:rsidRPr="00581027">
        <w:rPr>
          <w:rFonts w:asciiTheme="minorEastAsia" w:eastAsiaTheme="minorEastAsia" w:hAnsiTheme="minorEastAsia" w:cs="Courier New" w:hint="eastAsia"/>
          <w:b/>
          <w:sz w:val="20"/>
          <w:szCs w:val="20"/>
          <w:lang w:eastAsia="ja-JP"/>
        </w:rPr>
        <w:t>□</w:t>
      </w:r>
      <w:r w:rsidR="00000000" w:rsidRPr="00581027">
        <w:rPr>
          <w:sz w:val="21"/>
          <w:szCs w:val="21"/>
          <w:lang w:eastAsia="ja-JP"/>
        </w:rPr>
        <w:t>電話確認時の連絡先を確認済み</w:t>
      </w:r>
    </w:p>
    <w:p w14:paraId="71980689" w14:textId="35DA8ACD" w:rsidR="00FE567A" w:rsidRPr="00581027" w:rsidRDefault="00581027">
      <w:pPr>
        <w:spacing w:before="180"/>
        <w:rPr>
          <w:sz w:val="21"/>
          <w:szCs w:val="21"/>
          <w:lang w:eastAsia="ja-JP"/>
        </w:rPr>
      </w:pPr>
      <w:r>
        <w:rPr>
          <w:rFonts w:asciiTheme="minorEastAsia" w:eastAsiaTheme="minorEastAsia" w:hAnsiTheme="minorEastAsia" w:cs="Cambria Math" w:hint="eastAsia"/>
          <w:b/>
          <w:color w:val="094475"/>
          <w:sz w:val="21"/>
          <w:szCs w:val="21"/>
          <w:lang w:eastAsia="ja-JP"/>
        </w:rPr>
        <w:t>◆</w:t>
      </w:r>
      <w:r w:rsidR="00000000" w:rsidRPr="00581027">
        <w:rPr>
          <w:b/>
          <w:color w:val="094475"/>
          <w:sz w:val="21"/>
          <w:szCs w:val="21"/>
          <w:lang w:eastAsia="ja-JP"/>
        </w:rPr>
        <w:t xml:space="preserve">  申込先・お問い合わせ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7427"/>
      </w:tblGrid>
      <w:tr w:rsidR="00FE567A" w:rsidRPr="00581027" w14:paraId="1387C79A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3FAA21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取扱団体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6EB7A3" w14:textId="77777777" w:rsidR="00FE567A" w:rsidRPr="00581027" w:rsidRDefault="00000000">
            <w:pPr>
              <w:spacing w:after="0"/>
              <w:rPr>
                <w:sz w:val="21"/>
                <w:szCs w:val="21"/>
                <w:lang w:eastAsia="ja-JP"/>
              </w:rPr>
            </w:pPr>
            <w:r w:rsidRPr="00581027">
              <w:rPr>
                <w:sz w:val="21"/>
                <w:szCs w:val="21"/>
                <w:lang w:eastAsia="ja-JP"/>
              </w:rPr>
              <w:t>一般社団法人 日本介護データEDI協会</w:t>
            </w:r>
          </w:p>
        </w:tc>
      </w:tr>
      <w:tr w:rsidR="00FE567A" w:rsidRPr="00581027" w14:paraId="550824E1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011B30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proofErr w:type="spellStart"/>
            <w:r w:rsidRPr="00581027">
              <w:rPr>
                <w:b/>
                <w:sz w:val="21"/>
                <w:szCs w:val="21"/>
              </w:rPr>
              <w:t>所在地</w:t>
            </w:r>
            <w:proofErr w:type="spellEnd"/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7CDBC6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〒514-0821　三重県津市垂水2985番地1</w:t>
            </w:r>
          </w:p>
        </w:tc>
      </w:tr>
      <w:tr w:rsidR="00FE567A" w:rsidRPr="00581027" w14:paraId="6F05E70A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7B9F6F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連絡先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A03B0C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TEL：059-271-9220　／　FAX：059-271-9222</w:t>
            </w:r>
          </w:p>
        </w:tc>
      </w:tr>
      <w:tr w:rsidR="00FE567A" w:rsidRPr="00581027" w14:paraId="2F49406F" w14:textId="77777777">
        <w:trPr>
          <w:jc w:val="center"/>
        </w:trPr>
        <w:tc>
          <w:tcPr>
            <w:tcW w:w="2438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shd w:val="clear" w:color="auto" w:fill="E8F4F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7D66DD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b/>
                <w:sz w:val="21"/>
                <w:szCs w:val="21"/>
              </w:rPr>
              <w:t>受付時間</w:t>
            </w:r>
          </w:p>
        </w:tc>
        <w:tc>
          <w:tcPr>
            <w:tcW w:w="7427" w:type="dxa"/>
            <w:tcBorders>
              <w:top w:val="single" w:sz="4" w:space="0" w:color="B7CDD9"/>
              <w:left w:val="single" w:sz="4" w:space="0" w:color="B7CDD9"/>
              <w:bottom w:val="single" w:sz="4" w:space="0" w:color="B7CDD9"/>
              <w:right w:val="single" w:sz="4" w:space="0" w:color="B7CDD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5E00C6A" w14:textId="77777777" w:rsidR="00FE567A" w:rsidRPr="00581027" w:rsidRDefault="00000000">
            <w:pPr>
              <w:spacing w:after="0"/>
              <w:rPr>
                <w:sz w:val="21"/>
                <w:szCs w:val="21"/>
              </w:rPr>
            </w:pPr>
            <w:r w:rsidRPr="00581027">
              <w:rPr>
                <w:sz w:val="21"/>
                <w:szCs w:val="21"/>
              </w:rPr>
              <w:t>平日 9:00〜16:00</w:t>
            </w:r>
          </w:p>
        </w:tc>
      </w:tr>
    </w:tbl>
    <w:p w14:paraId="2839BAF7" w14:textId="0AE1D298" w:rsidR="00FE567A" w:rsidRPr="00581027" w:rsidRDefault="00FE567A">
      <w:pPr>
        <w:spacing w:before="140"/>
        <w:rPr>
          <w:sz w:val="21"/>
          <w:szCs w:val="21"/>
          <w:lang w:eastAsia="ja-JP"/>
        </w:rPr>
      </w:pPr>
    </w:p>
    <w:sectPr w:rsidR="00FE567A" w:rsidRPr="00581027" w:rsidSect="00034616">
      <w:footerReference w:type="default" r:id="rId8"/>
      <w:pgSz w:w="11906" w:h="16838"/>
      <w:pgMar w:top="850" w:right="1020" w:bottom="794" w:left="1020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B91191" w14:textId="77777777" w:rsidR="006770DE" w:rsidRDefault="006770DE">
      <w:pPr>
        <w:spacing w:after="0" w:line="240" w:lineRule="auto"/>
      </w:pPr>
      <w:r>
        <w:separator/>
      </w:r>
    </w:p>
  </w:endnote>
  <w:endnote w:type="continuationSeparator" w:id="0">
    <w:p w14:paraId="3792417D" w14:textId="77777777" w:rsidR="006770DE" w:rsidRDefault="00677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7C61D" w14:textId="77777777" w:rsidR="00FE567A" w:rsidRDefault="00000000">
    <w:pPr>
      <w:pStyle w:val="a7"/>
      <w:jc w:val="center"/>
    </w:pPr>
    <w:r>
      <w:rPr>
        <w:color w:val="587282"/>
        <w:sz w:val="14"/>
      </w:rPr>
      <w:t xml:space="preserve">HELPHONE  ｜  TEL 059-271-9220  ｜  FAX 059-271-9222  ｜  </w:t>
    </w:r>
    <w:proofErr w:type="spellStart"/>
    <w:r>
      <w:rPr>
        <w:color w:val="587282"/>
        <w:sz w:val="14"/>
      </w:rPr>
      <w:t>平日</w:t>
    </w:r>
    <w:proofErr w:type="spellEnd"/>
    <w:r>
      <w:rPr>
        <w:color w:val="587282"/>
        <w:sz w:val="14"/>
      </w:rPr>
      <w:t xml:space="preserve"> 9:00〜16:00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EB202" w14:textId="77777777" w:rsidR="006770DE" w:rsidRDefault="006770DE">
      <w:pPr>
        <w:spacing w:after="0" w:line="240" w:lineRule="auto"/>
      </w:pPr>
      <w:r>
        <w:separator/>
      </w:r>
    </w:p>
  </w:footnote>
  <w:footnote w:type="continuationSeparator" w:id="0">
    <w:p w14:paraId="22EC1F74" w14:textId="77777777" w:rsidR="006770DE" w:rsidRDefault="006770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26021969">
    <w:abstractNumId w:val="8"/>
  </w:num>
  <w:num w:numId="2" w16cid:durableId="868301842">
    <w:abstractNumId w:val="6"/>
  </w:num>
  <w:num w:numId="3" w16cid:durableId="973294683">
    <w:abstractNumId w:val="5"/>
  </w:num>
  <w:num w:numId="4" w16cid:durableId="928197510">
    <w:abstractNumId w:val="4"/>
  </w:num>
  <w:num w:numId="5" w16cid:durableId="1908612188">
    <w:abstractNumId w:val="7"/>
  </w:num>
  <w:num w:numId="6" w16cid:durableId="850726344">
    <w:abstractNumId w:val="3"/>
  </w:num>
  <w:num w:numId="7" w16cid:durableId="1428964405">
    <w:abstractNumId w:val="2"/>
  </w:num>
  <w:num w:numId="8" w16cid:durableId="1352101911">
    <w:abstractNumId w:val="1"/>
  </w:num>
  <w:num w:numId="9" w16cid:durableId="1693915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E82"/>
    <w:rsid w:val="00034616"/>
    <w:rsid w:val="0006063C"/>
    <w:rsid w:val="000C5E73"/>
    <w:rsid w:val="0015074B"/>
    <w:rsid w:val="0029639D"/>
    <w:rsid w:val="00326F90"/>
    <w:rsid w:val="00581027"/>
    <w:rsid w:val="006770DE"/>
    <w:rsid w:val="007D52E6"/>
    <w:rsid w:val="00AA1D8D"/>
    <w:rsid w:val="00B47730"/>
    <w:rsid w:val="00BC3F82"/>
    <w:rsid w:val="00CB0664"/>
    <w:rsid w:val="00CD2C29"/>
    <w:rsid w:val="00E85A84"/>
    <w:rsid w:val="00FB69FB"/>
    <w:rsid w:val="00FC693F"/>
    <w:rsid w:val="00FE5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3762FF7"/>
  <w14:defaultImageDpi w14:val="300"/>
  <w15:docId w15:val="{84D0C194-DAB7-4938-AB6B-FBCE71B3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Noto Sans CJK JP" w:eastAsia="Noto Sans CJK JP" w:hAnsi="Noto Sans CJK JP"/>
      <w:color w:val="233446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晃規 奥</cp:lastModifiedBy>
  <cp:revision>2</cp:revision>
  <dcterms:created xsi:type="dcterms:W3CDTF">2026-10-16T23:44:00Z</dcterms:created>
  <dcterms:modified xsi:type="dcterms:W3CDTF">2026-10-16T23:44:00Z</dcterms:modified>
  <cp:category/>
</cp:coreProperties>
</file>